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검 사 성 적 서 (Inspection Report)</w:t>
      </w:r>
    </w:p>
    <w:p>
      <w:pPr>
        <w:jc w:val="center"/>
      </w:pPr>
      <w:r>
        <w:rPr>
          <w:b/>
        </w:rPr>
        <w:t>Hisen Tech · Fluxgate Precision Current Sensor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항목</w:t>
            </w:r>
          </w:p>
        </w:tc>
        <w:tc>
          <w:tcPr>
            <w:tcW w:type="dxa" w:w="4320"/>
          </w:tcPr>
          <w:p>
            <w:r>
              <w:t>내용</w:t>
            </w:r>
          </w:p>
        </w:tc>
      </w:tr>
      <w:tr>
        <w:tc>
          <w:tcPr>
            <w:tcW w:type="dxa" w:w="4320"/>
          </w:tcPr>
          <w:p>
            <w:r>
              <w:t>Manufacturer</w:t>
            </w:r>
          </w:p>
        </w:tc>
        <w:tc>
          <w:tcPr>
            <w:tcW w:type="dxa" w:w="4320"/>
          </w:tcPr>
          <w:p>
            <w:r>
              <w:t>Hisen Tech</w:t>
            </w:r>
          </w:p>
        </w:tc>
      </w:tr>
      <w:tr>
        <w:tc>
          <w:tcPr>
            <w:tcW w:type="dxa" w:w="4320"/>
          </w:tcPr>
          <w:p>
            <w:r>
              <w:t>Product</w:t>
            </w:r>
          </w:p>
        </w:tc>
        <w:tc>
          <w:tcPr>
            <w:tcW w:type="dxa" w:w="4320"/>
          </w:tcPr>
          <w:p>
            <w:r>
              <w:t>Fluxgate Precision Current Sensor</w:t>
            </w:r>
          </w:p>
        </w:tc>
      </w:tr>
      <w:tr>
        <w:tc>
          <w:tcPr>
            <w:tcW w:type="dxa" w:w="4320"/>
          </w:tcPr>
          <w:p>
            <w:r>
              <w:t>Model / P.N.</w:t>
            </w:r>
          </w:p>
        </w:tc>
        <w:tc>
          <w:tcPr>
            <w:tcW w:type="dxa" w:w="4320"/>
          </w:tcPr>
          <w:p>
            <w:r>
              <w:t>모델별 기입</w:t>
            </w:r>
          </w:p>
        </w:tc>
      </w:tr>
      <w:tr>
        <w:tc>
          <w:tcPr>
            <w:tcW w:type="dxa" w:w="4320"/>
          </w:tcPr>
          <w:p>
            <w:r>
              <w:t>Serial No.</w:t>
            </w:r>
          </w:p>
        </w:tc>
        <w:tc>
          <w:tcPr>
            <w:tcW w:type="dxa" w:w="4320"/>
          </w:tcPr>
          <w:p>
            <w:r>
              <w:t>제품별 기입</w:t>
            </w:r>
          </w:p>
        </w:tc>
      </w:tr>
      <w:tr>
        <w:tc>
          <w:tcPr>
            <w:tcW w:type="dxa" w:w="4320"/>
          </w:tcPr>
          <w:p>
            <w:r>
              <w:t>검사번호</w:t>
            </w:r>
          </w:p>
        </w:tc>
        <w:tc>
          <w:tcPr>
            <w:tcW w:type="dxa" w:w="4320"/>
          </w:tcPr>
          <w:p>
            <w:r>
              <w:t>기입</w:t>
            </w:r>
          </w:p>
        </w:tc>
      </w:tr>
      <w:tr>
        <w:tc>
          <w:tcPr>
            <w:tcW w:type="dxa" w:w="4320"/>
          </w:tcPr>
          <w:p>
            <w:r>
              <w:t>외관 / 구조</w:t>
            </w:r>
          </w:p>
        </w:tc>
        <w:tc>
          <w:tcPr>
            <w:tcW w:type="dxa" w:w="4320"/>
          </w:tcPr>
          <w:p>
            <w:r>
              <w:t>외관, 코어, 권선 및 조립 상태 확인</w:t>
            </w:r>
          </w:p>
        </w:tc>
      </w:tr>
      <w:tr>
        <w:tc>
          <w:tcPr>
            <w:tcW w:type="dxa" w:w="4320"/>
          </w:tcPr>
          <w:p>
            <w:r>
              <w:t>전원 / 소비전류</w:t>
            </w:r>
          </w:p>
        </w:tc>
        <w:tc>
          <w:tcPr>
            <w:tcW w:type="dxa" w:w="4320"/>
          </w:tcPr>
          <w:p>
            <w:r>
              <w:t>정격 전원 및 소비전류 — 실제값 기입</w:t>
            </w:r>
          </w:p>
        </w:tc>
      </w:tr>
      <w:tr>
        <w:tc>
          <w:tcPr>
            <w:tcW w:type="dxa" w:w="4320"/>
          </w:tcPr>
          <w:p>
            <w:r>
              <w:t>영점 출력</w:t>
            </w:r>
          </w:p>
        </w:tc>
        <w:tc>
          <w:tcPr>
            <w:tcW w:type="dxa" w:w="4320"/>
          </w:tcPr>
          <w:p>
            <w:r>
              <w:t>무입력 영점 출력 — 실제값 기입</w:t>
            </w:r>
          </w:p>
        </w:tc>
      </w:tr>
      <w:tr>
        <w:tc>
          <w:tcPr>
            <w:tcW w:type="dxa" w:w="4320"/>
          </w:tcPr>
          <w:p>
            <w:r>
              <w:t>출력 특성</w:t>
            </w:r>
          </w:p>
        </w:tc>
        <w:tc>
          <w:tcPr>
            <w:tcW w:type="dxa" w:w="4320"/>
          </w:tcPr>
          <w:p>
            <w:r>
              <w:t>기준 전류 인가 후 비례 출력 확인</w:t>
            </w:r>
          </w:p>
        </w:tc>
      </w:tr>
      <w:tr>
        <w:tc>
          <w:tcPr>
            <w:tcW w:type="dxa" w:w="4320"/>
          </w:tcPr>
          <w:p>
            <w:r>
              <w:t>정확도 / 선형성</w:t>
            </w:r>
          </w:p>
        </w:tc>
        <w:tc>
          <w:tcPr>
            <w:tcW w:type="dxa" w:w="4320"/>
          </w:tcPr>
          <w:p>
            <w:r>
              <w:t>기준점별 실제 측정값 및 오차 기입</w:t>
            </w:r>
          </w:p>
        </w:tc>
      </w:tr>
      <w:tr>
        <w:tc>
          <w:tcPr>
            <w:tcW w:type="dxa" w:w="4320"/>
          </w:tcPr>
          <w:p>
            <w:r>
              <w:t>응답 특성</w:t>
            </w:r>
          </w:p>
        </w:tc>
        <w:tc>
          <w:tcPr>
            <w:tcW w:type="dxa" w:w="4320"/>
          </w:tcPr>
          <w:p>
            <w:r>
              <w:t>실제 응답시간 기입</w:t>
            </w:r>
          </w:p>
        </w:tc>
      </w:tr>
      <w:tr>
        <w:tc>
          <w:tcPr>
            <w:tcW w:type="dxa" w:w="4320"/>
          </w:tcPr>
          <w:p>
            <w:r>
              <w:t>온도 특성</w:t>
            </w:r>
          </w:p>
        </w:tc>
        <w:tc>
          <w:tcPr>
            <w:tcW w:type="dxa" w:w="4320"/>
          </w:tcPr>
          <w:p>
            <w:r>
              <w:t>시험 조건 및 실제 측정값 기입</w:t>
            </w:r>
          </w:p>
        </w:tc>
      </w:tr>
      <w:tr>
        <w:tc>
          <w:tcPr>
            <w:tcW w:type="dxa" w:w="4320"/>
          </w:tcPr>
          <w:p>
            <w:r>
              <w:t>최종 판정</w:t>
            </w:r>
          </w:p>
        </w:tc>
        <w:tc>
          <w:tcPr>
            <w:tcW w:type="dxa" w:w="4320"/>
          </w:tcPr>
          <w:p>
            <w:r>
              <w:t>PASS / FAIL</w:t>
            </w:r>
          </w:p>
        </w:tc>
      </w:tr>
    </w:tbl>
    <w:p>
      <w:r>
        <w:br/>
        <w:t>실제 측정값과 제품별 식별정보를 기입한 후 발행합니다.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